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מדריכי AI למורה – צעד אחר צעד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מתמונה אחת לסרטון קצר בבינה מלאכותית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שלבי התהליך להפיכת תמונה סטטית לסרטון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פרומפט תנועה יעיל לפי נוסחה קבועה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כללי זהירות ופרטיות בשימוש בכלי וידאו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התהליך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כ-8 שניות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את הביטוי No text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פעולה אחת ברורה עדיפה כדי שהסרטון לא יתבלבל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יש להימנע מהעלאת פנים של תלמידים מטעמי פרטיות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יש לסמן כל סרטון כנוצר בבינה מלאכותית ולא כתיעוד אמיתי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16:9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(הנחיה כתובה שמתארת מה יקרה בסרטון)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(התמונה שממנה מתחיל הסרטון)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(תיאור איך המצלמה הדמיונית זזה בסרטון)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(כמות הפעמים שאפשר ליצור סרטון בחשבון)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השלבים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מחליטים מה הרגע הקסום שיהיה בסרטון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מכינים תמונת פתיחה ביחס רוחב 16:9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פותחים פרויקט חדש ובוחרים יצירה מתמונה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כותבים פרומפט תנועה לפי הנוסחה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כתיבת פרומפט משלכם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תלמידים יזהו שפעולה אחת עדיפה על כמה פעולות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תלמידים יסבירו שאין להציג סרטון מלאכותי כתיעוד אמיתי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תלמידים יכתבו ששינוי מילה אחת בפרומפט עדיף על יצירה מחדש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בזוגות את כתיבת הפרומפט לפני המעבר ליצירה בפועל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להדגיש את כללי הפרטיות לפני כל עבודה עם תמונות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להראות דוגמה אחת מוכנה לפני שמבקשים מהמשתתפים לכתוב פרומפט עצמאי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מדריכי AI למורה – צעד אחר צעד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מתמונה אחת לסרטון קצר בבינה מלאכותית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אפשר להפוך תמונה אחת לקטע וידאו קצר של כמה שניות ולהשתמש בו כפתיח מסקרן לשיעור. בדף הזה נתרגל את שלבי התהליך, את כתיבת הפרומפט ואת כללי הבטיחות הנדרשים.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סיפור  ·  16:9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התהליך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אורך הסרטון הטיפוסי שנוצר מתמונה אחת?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כ-8 שניות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דקה שלמה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3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מומלץ להוסיף לפרומפט כדי למנוע אותיות משובשות בסרטון?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תיאור צבעים נוספים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את הביטוי No text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שם של מורה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כדאי לכתוב בפרומפט כמה פעולות שונות כדי שהסרטון יהיה מעניין יותר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אסור להעלות תמונות של תלמידים ליצירת סרטון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להציג סרטון שנוצר בבינה מלאכותית כתיעוד אמיתי של אירוע היסטורי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פעולה אחת בסרטון עדיפה על __________ שלם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תמונת הפתיחה צריכה להיות ביחס רוחב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פרומפט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תיאור איך המצלמה הדמיונית זזה בסרטון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פריים ראשון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כמות הפעמים שאפשר ליצור סרטון בחשבון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תנועת מצלמה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הנחיה כתובה שמתארת מה יקרה בסרטון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קרדיטים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התמונה שממנה מתחיל הסרטון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השלבים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מכינים תמונת פתיחה ביחס רוחב 16:9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כותבים פרומפט תנועה לפי הנוסחה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מחליטים מה הרגע הקסום שיהיה בסרטון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פותחים פרויקט חדש ובוחרים יצירה מתמונה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כתיבת פרומפט משלכם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פרומפט טוב לפרומפט לא טוב מבחינת מספר הפעולות?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מדוע חשוב לסמן סרטון כ'נוצר בבינה מלאכותית'?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מתמונה אחת לסרטון קצר בבינה מלאכותית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