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מתמונה אחת לסרטון קצר בבינה מלאכותית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להפיכת תמונה סטטית לסרטון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פרומפט תנועה יעיל לפי נוסחה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זהירות ופרטיות בשימוש בכלי וידאו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כ-8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הסרטון קצר ומתבלבל מכמה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הביטוי No text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16:9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כסרטון דמיוני שנוצר בבינה מלאכותית, עם איור ולא צילום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פעולה אחת ברורה עדיפה כדי שהסרטון לא יתבלבל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להימנע מהעלאת פנים של תלמידים מטעמי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לסמן כל סרטון כנוצר בבינה מלאכותית ולא כתיעוד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הסרטון הוא פתיח, ואחריו שואלים מה יקרה לדעתם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No text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16:9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(הנחיה כתובה שמתארת מה יקרה בסרטון)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(התמונה שממנה מתחיל הסרטון)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(תיאור איך המצלמה הדמיונית זזה בסרטון)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(כמות הפעמים שאפשר ליצור סרטון בחשבון)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מחליטים מה הרגע הקסום שיהיה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מכינים תמונת פתיחה ביחס רוחב 16:9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פותחים פרויקט חדש ובוחרים יצירה מתמונה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פרומפט תנועה לפי הנוסחה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מורידים את הסרטון ומוסיפים כתובית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פרומפט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פעולה אחת ברורה, תנועת מצלמה מתאימה, תיאור אווירה, צליל, ואת הביטוי No text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יזהו שפעולה אחת עדיפה על כמה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יסבירו שאין להציג סרטון מלאכותי כתיעוד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יכתבו ששינוי מילה אחת בפרומפט עדיף על יצירה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כתיבת הפרומפט לפני המעבר ליצירה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את כללי הפרטיות לפני כל עבודה עם תמונות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דוגמה אחת מוכנה לפני שמבקשים מהמשתתפים לכתוב פרומפט 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מתמונה אחת לסרטון קצר בבינה מלאכותית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אפשר להפוך תמונה אחת לקטע וידאו קצר של כמה שניות ולהשתמש בו כפתיח מסקרן לשיעור. בדף הזה נתרגל את שלבי התהליך, את כתיבת הפרומפט ואת כללי הבטיחות הנדרשים.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אורך הסרטון הטיפוסי שנוצר מתמונה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עדיף לתאר בפרומפט פעולה אחת ולא סיפור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הסרטון קצר ומתבלבל מכמה פעולות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לתאר פעולות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חוסך קרדיטים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התמונה חייבת להיות שחור-לבן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מומלץ להוסיף לפרומפט כדי למנוע אותיות משובשות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צבעים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הביטוי No text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קרדיטים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יחס הרוחב המומלץ לתמונת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1:1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4:3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16:9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9:16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נכון להציג סרטון שבו מופיעה דמות היסטורית?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כתיעוד אמיתי של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כסרטון דמיוני שנוצר בבינה מלאכותית, עם איור ולא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כל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בצילום אמיתי של הדמות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לכתוב בפרומפט כמה פעולות שונות כדי שהסרטון יהיה מעניין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להעלות תמונות של תלמידים ליצירת סרטון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להציג סרטון שנוצר בבינה מלאכותית כתיעוד אמיתי של אירוע היסטורי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לשאול את התלמידים שאלה מסקרנת אחרי הקרנת הסרטון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פעולה אחת בסרטון עדיפה על __________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מוסיפים לפרומפט את המילים "__________" כדי שלא יופיעו אותיות משובשות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תמונת הפתיחה צריכה להיות ביחס רוחב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נוסחת הפרומפט כוללת: מי/מה זז, תנועת מצלמה, אווירה ו-__________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פרומפט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כמות הפעמים שאפשר ליצור סרטון בחשבון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פריים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איך המצלמה הדמיונית זזה בסרטון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תנועת מצלמה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הנחיה כתובה שמתארת מה יקרה בסרטון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קרדיטים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התמונה שממנה מתחיל הסרטון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מורידים את הסרטון ומוסיפים כתובית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פרויקט חדש ובוחרים יצירה מתמונה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פרומפט תנועה לפי הנוסחה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תמונת פתיחה ביחס רוחב 16:9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מה הרגע הקסום שיהיה בסרטון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פרומפט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מהרעיונות: מפה שמתעוררת לחיים, מזוודה ישנה שנפתחת, או זחל שהופך לפרפר. כתבו פרומפט תנועה קצר לפי הנוסחה: מה בתמונה, מה קורה, תנועת מצלמה, אווירה, צליל.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פרומפט טוב לפרומפט לא טוב מבחינת מספר הפעולות?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לסמן סרטון כ'נוצר בבינה מלאכותית'?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כשהתוצאה של הסרטון לא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מתמונה אחת לסרטון קצר בבינה מלאכותית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